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1F6F8B"/>
          <w:sz w:val="44"/>
        </w:rPr>
        <w:t>Maths Unlocked Terms of Use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Version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Version 1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Last updated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19 August 2026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Contact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mathsunlockedwithmrgillin@gmail.com</w:t>
            </w:r>
          </w:p>
        </w:tc>
      </w:tr>
    </w:tbl>
    <w:p/>
    <w:p>
      <w:pPr>
        <w:pStyle w:val="Heading1"/>
      </w:pPr>
      <w:r>
        <w:t>1. About Maths Unlocked</w:t>
      </w:r>
    </w:p>
    <w:p>
      <w:pPr>
        <w:spacing w:after="40"/>
      </w:pPr>
      <w:r>
        <w:rPr>
          <w:b/>
          <w:color w:val="242A2E"/>
        </w:rPr>
        <w:t>Maths Unlocked is a GCSE maths revision platform designed to help pupils practise maths, build confidence and track progress. It may include:</w:t>
      </w:r>
    </w:p>
    <w:p>
      <w:pPr>
        <w:pStyle w:val="ListBullet"/>
        <w:spacing w:after="40"/>
        <w:ind w:left="360"/>
      </w:pPr>
      <w:r>
        <w:t>Daily 10 revision</w:t>
      </w:r>
    </w:p>
    <w:p>
      <w:pPr>
        <w:pStyle w:val="ListBullet"/>
        <w:spacing w:after="40"/>
        <w:ind w:left="360"/>
      </w:pPr>
      <w:r>
        <w:t>GCSE topic practice</w:t>
      </w:r>
    </w:p>
    <w:p>
      <w:pPr>
        <w:pStyle w:val="ListBullet"/>
        <w:spacing w:after="40"/>
        <w:ind w:left="360"/>
      </w:pPr>
      <w:r>
        <w:t>quizzes</w:t>
      </w:r>
    </w:p>
    <w:p>
      <w:pPr>
        <w:pStyle w:val="ListBullet"/>
        <w:spacing w:after="40"/>
        <w:ind w:left="360"/>
      </w:pPr>
      <w:r>
        <w:t>explanations and feedback</w:t>
      </w:r>
    </w:p>
    <w:p>
      <w:pPr>
        <w:pStyle w:val="ListBullet"/>
        <w:spacing w:after="40"/>
        <w:ind w:left="360"/>
      </w:pPr>
      <w:r>
        <w:t>progress tracking</w:t>
      </w:r>
    </w:p>
    <w:p>
      <w:pPr>
        <w:pStyle w:val="ListBullet"/>
        <w:spacing w:after="40"/>
        <w:ind w:left="360"/>
      </w:pPr>
      <w:r>
        <w:t>parent, tutor and teacher tools</w:t>
      </w:r>
    </w:p>
    <w:p>
      <w:pPr>
        <w:pStyle w:val="ListBullet"/>
        <w:spacing w:after="40"/>
        <w:ind w:left="360"/>
      </w:pPr>
      <w:r>
        <w:t>paid plans</w:t>
      </w:r>
    </w:p>
    <w:p>
      <w:pPr>
        <w:pStyle w:val="ListBullet"/>
        <w:spacing w:after="40"/>
        <w:ind w:left="360"/>
      </w:pPr>
      <w:r>
        <w:t>school tools</w:t>
      </w:r>
    </w:p>
    <w:p>
      <w:pPr>
        <w:pStyle w:val="ListBullet"/>
        <w:spacing w:after="40"/>
        <w:ind w:left="360"/>
      </w:pPr>
      <w:r>
        <w:t>workbook and tutoring information</w:t>
      </w:r>
    </w:p>
    <w:p>
      <w:pPr>
        <w:pStyle w:val="Heading1"/>
      </w:pPr>
      <w:r>
        <w:t>2. Who can use Maths Unlocked?</w:t>
      </w:r>
    </w:p>
    <w:p>
      <w:pPr>
        <w:spacing w:after="100"/>
      </w:pPr>
      <w:r>
        <w:t>Maths Unlocked may be used by pupils, parents and guardians, tutors, teachers, schools and other authorised users.</w:t>
      </w:r>
    </w:p>
    <w:p>
      <w:pPr>
        <w:spacing w:after="100"/>
      </w:pPr>
      <w:r>
        <w:t>If you are a pupil, you should use Maths Unlocked with the knowledge of a parent, guardian, teacher or tutor where appropriate.</w:t>
      </w:r>
    </w:p>
    <w:p>
      <w:pPr>
        <w:pStyle w:val="Heading1"/>
      </w:pPr>
      <w:r>
        <w:t>3. Accounts</w:t>
      </w:r>
    </w:p>
    <w:p>
      <w:pPr>
        <w:spacing w:after="100"/>
      </w:pPr>
      <w:r>
        <w:t>Users must provide accurate account information.</w:t>
      </w:r>
    </w:p>
    <w:p>
      <w:pPr>
        <w:spacing w:after="40"/>
      </w:pPr>
      <w:r>
        <w:rPr>
          <w:b/>
          <w:color w:val="242A2E"/>
        </w:rPr>
        <w:t>You must not:</w:t>
      </w:r>
    </w:p>
    <w:p>
      <w:pPr>
        <w:pStyle w:val="ListBullet"/>
        <w:spacing w:after="40"/>
        <w:ind w:left="360"/>
      </w:pPr>
      <w:r>
        <w:t>share your password</w:t>
      </w:r>
    </w:p>
    <w:p>
      <w:pPr>
        <w:pStyle w:val="ListBullet"/>
        <w:spacing w:after="40"/>
        <w:ind w:left="360"/>
      </w:pPr>
      <w:r>
        <w:t>use someone else’s account</w:t>
      </w:r>
    </w:p>
    <w:p>
      <w:pPr>
        <w:pStyle w:val="ListBullet"/>
        <w:spacing w:after="40"/>
        <w:ind w:left="360"/>
      </w:pPr>
      <w:r>
        <w:t>pretend to be someone else</w:t>
      </w:r>
    </w:p>
    <w:p>
      <w:pPr>
        <w:pStyle w:val="ListBullet"/>
        <w:spacing w:after="40"/>
        <w:ind w:left="360"/>
      </w:pPr>
      <w:r>
        <w:t>try to access another user’s information</w:t>
      </w:r>
    </w:p>
    <w:p>
      <w:pPr>
        <w:pStyle w:val="ListBullet"/>
        <w:spacing w:after="40"/>
        <w:ind w:left="360"/>
      </w:pPr>
      <w:r>
        <w:t>interfere with the app’s security or operation</w:t>
      </w:r>
    </w:p>
    <w:p>
      <w:pPr>
        <w:spacing w:after="100"/>
      </w:pPr>
      <w:r>
        <w:t>Maths Unlocked may suspend or remove accounts that are misused.</w:t>
      </w:r>
    </w:p>
    <w:p>
      <w:pPr>
        <w:pStyle w:val="Heading1"/>
      </w:pPr>
      <w:r>
        <w:t>4. Educational use</w:t>
      </w:r>
    </w:p>
    <w:p>
      <w:pPr>
        <w:spacing w:after="100"/>
      </w:pPr>
      <w:r>
        <w:t>Maths Unlocked is designed to support revision and learning.</w:t>
      </w:r>
    </w:p>
    <w:p>
      <w:pPr>
        <w:spacing w:after="40"/>
      </w:pPr>
      <w:r>
        <w:rPr>
          <w:b/>
          <w:color w:val="242A2E"/>
        </w:rPr>
        <w:t>It does not guarantee:</w:t>
      </w:r>
    </w:p>
    <w:p>
      <w:pPr>
        <w:pStyle w:val="ListBullet"/>
        <w:spacing w:after="40"/>
        <w:ind w:left="360"/>
      </w:pPr>
      <w:r>
        <w:t>a particular exam grade</w:t>
      </w:r>
    </w:p>
    <w:p>
      <w:pPr>
        <w:pStyle w:val="ListBullet"/>
        <w:spacing w:after="40"/>
        <w:ind w:left="360"/>
      </w:pPr>
      <w:r>
        <w:t>a particular test result</w:t>
      </w:r>
    </w:p>
    <w:p>
      <w:pPr>
        <w:pStyle w:val="ListBullet"/>
        <w:spacing w:after="40"/>
        <w:ind w:left="360"/>
      </w:pPr>
      <w:r>
        <w:t>that every topic will appear in an exam</w:t>
      </w:r>
    </w:p>
    <w:p>
      <w:pPr>
        <w:pStyle w:val="ListBullet"/>
        <w:spacing w:after="40"/>
        <w:ind w:left="360"/>
      </w:pPr>
      <w:r>
        <w:t>that using the app replaces school teaching or professional tutoring</w:t>
      </w:r>
    </w:p>
    <w:p>
      <w:pPr>
        <w:spacing w:after="100"/>
      </w:pPr>
      <w:r>
        <w:t>Pupils should still follow school guidance and revise using a range of appropriate resources.</w:t>
      </w:r>
    </w:p>
    <w:p>
      <w:pPr>
        <w:pStyle w:val="Heading1"/>
      </w:pPr>
      <w:r>
        <w:t>5. Content accuracy</w:t>
      </w:r>
    </w:p>
    <w:p>
      <w:pPr>
        <w:spacing w:after="100"/>
      </w:pPr>
      <w:r>
        <w:t>Maths Unlocked aims to provide accurate maths questions, answers, explanations and diagrams.</w:t>
      </w:r>
    </w:p>
    <w:p>
      <w:pPr>
        <w:spacing w:after="100"/>
      </w:pPr>
      <w:r>
        <w:t>If you think something is wrong, unclear or broken, please report it to: mathsunlockedwithmrgillin@gmail.com</w:t>
      </w:r>
    </w:p>
    <w:p>
      <w:pPr>
        <w:spacing w:after="100"/>
      </w:pPr>
      <w:r>
        <w:t>We may correct, update or remove content at any time.</w:t>
      </w:r>
    </w:p>
    <w:p>
      <w:pPr>
        <w:pStyle w:val="Heading1"/>
      </w:pPr>
      <w:r>
        <w:t>6. Free and paid access</w:t>
      </w:r>
    </w:p>
    <w:p>
      <w:pPr>
        <w:spacing w:after="40"/>
      </w:pPr>
      <w:r>
        <w:rPr>
          <w:b/>
          <w:color w:val="242A2E"/>
        </w:rPr>
        <w:t>Maths Unlocked may offer:</w:t>
      </w:r>
    </w:p>
    <w:p>
      <w:pPr>
        <w:pStyle w:val="ListBullet"/>
        <w:spacing w:after="40"/>
        <w:ind w:left="360"/>
      </w:pPr>
      <w:r>
        <w:t>a free version</w:t>
      </w:r>
    </w:p>
    <w:p>
      <w:pPr>
        <w:pStyle w:val="ListBullet"/>
        <w:spacing w:after="40"/>
        <w:ind w:left="360"/>
      </w:pPr>
      <w:r>
        <w:t>paid student access</w:t>
      </w:r>
    </w:p>
    <w:p>
      <w:pPr>
        <w:pStyle w:val="ListBullet"/>
        <w:spacing w:after="40"/>
        <w:ind w:left="360"/>
      </w:pPr>
      <w:r>
        <w:t>parent access</w:t>
      </w:r>
    </w:p>
    <w:p>
      <w:pPr>
        <w:pStyle w:val="ListBullet"/>
        <w:spacing w:after="40"/>
        <w:ind w:left="360"/>
      </w:pPr>
      <w:r>
        <w:t>tutor licences</w:t>
      </w:r>
    </w:p>
    <w:p>
      <w:pPr>
        <w:pStyle w:val="ListBullet"/>
        <w:spacing w:after="40"/>
        <w:ind w:left="360"/>
      </w:pPr>
      <w:r>
        <w:t>school licences</w:t>
      </w:r>
    </w:p>
    <w:p>
      <w:pPr>
        <w:pStyle w:val="ListBullet"/>
        <w:spacing w:after="40"/>
        <w:ind w:left="360"/>
      </w:pPr>
      <w:r>
        <w:t>custom school or multi-school arrangements</w:t>
      </w:r>
    </w:p>
    <w:p>
      <w:pPr>
        <w:spacing w:after="100"/>
      </w:pPr>
      <w:r>
        <w:t>Paid features, prices and plan limits will be shown clearly before purchase.</w:t>
      </w:r>
    </w:p>
    <w:p>
      <w:pPr>
        <w:pStyle w:val="Heading1"/>
      </w:pPr>
      <w:r>
        <w:t>7. Payments, renewals and cancellation</w:t>
      </w:r>
    </w:p>
    <w:p>
      <w:pPr>
        <w:spacing w:after="40"/>
      </w:pPr>
      <w:r>
        <w:rPr>
          <w:b/>
          <w:color w:val="242A2E"/>
        </w:rPr>
        <w:t>Where subscriptions are offered:</w:t>
      </w:r>
    </w:p>
    <w:p>
      <w:pPr>
        <w:pStyle w:val="ListBullet"/>
        <w:spacing w:after="40"/>
        <w:ind w:left="360"/>
      </w:pPr>
      <w:r>
        <w:t>prices will be shown before purchase</w:t>
      </w:r>
    </w:p>
    <w:p>
      <w:pPr>
        <w:pStyle w:val="ListBullet"/>
        <w:spacing w:after="40"/>
        <w:ind w:left="360"/>
      </w:pPr>
      <w:r>
        <w:t>payment may be handled by a third-party payment provider</w:t>
      </w:r>
    </w:p>
    <w:p>
      <w:pPr>
        <w:pStyle w:val="ListBullet"/>
        <w:spacing w:after="40"/>
        <w:ind w:left="360"/>
      </w:pPr>
      <w:r>
        <w:t>subscriptions may renew automatically unless cancelled</w:t>
      </w:r>
    </w:p>
    <w:p>
      <w:pPr>
        <w:pStyle w:val="ListBullet"/>
        <w:spacing w:after="40"/>
        <w:ind w:left="360"/>
      </w:pPr>
      <w:r>
        <w:t>users should cancel before renewal if they do not wish to continue</w:t>
      </w:r>
    </w:p>
    <w:p>
      <w:pPr>
        <w:pStyle w:val="ListBullet"/>
        <w:spacing w:after="40"/>
        <w:ind w:left="360"/>
      </w:pPr>
      <w:r>
        <w:t>refund terms will be explained at checkout or in the relevant subscription information</w:t>
      </w:r>
    </w:p>
    <w:p>
      <w:pPr>
        <w:pStyle w:val="Heading1"/>
      </w:pPr>
      <w:r>
        <w:t>8. Intellectual property</w:t>
      </w:r>
    </w:p>
    <w:p>
      <w:pPr>
        <w:spacing w:after="100"/>
      </w:pPr>
      <w:r>
        <w:t>The Maths Unlocked name, branding, questions, explanations, diagrams, worksheets, app structure and learning materials belong to Maths Unlocked or its creator unless stated otherwise.</w:t>
      </w:r>
    </w:p>
    <w:p>
      <w:pPr>
        <w:spacing w:after="100"/>
      </w:pPr>
      <w:r>
        <w:t>You must not copy, sell, publish, scrape, mass-download or redistribute Maths Unlocked content without permission.</w:t>
      </w:r>
    </w:p>
    <w:p>
      <w:pPr>
        <w:spacing w:after="100"/>
      </w:pPr>
      <w:r>
        <w:t>Tutors, teachers and schools may use Maths Unlocked content only within the permissions of their plan.</w:t>
      </w:r>
    </w:p>
    <w:p>
      <w:pPr>
        <w:pStyle w:val="Heading1"/>
      </w:pPr>
      <w:r>
        <w:t>9. Acceptable use</w:t>
      </w:r>
    </w:p>
    <w:p>
      <w:pPr>
        <w:spacing w:after="40"/>
      </w:pPr>
      <w:r>
        <w:rPr>
          <w:b/>
          <w:color w:val="242A2E"/>
        </w:rPr>
        <w:t>You must use Maths Unlocked responsibly. You must not:</w:t>
      </w:r>
    </w:p>
    <w:p>
      <w:pPr>
        <w:pStyle w:val="ListBullet"/>
        <w:spacing w:after="40"/>
        <w:ind w:left="360"/>
      </w:pPr>
      <w:r>
        <w:t>upload or enter offensive, abusive or illegal content</w:t>
      </w:r>
    </w:p>
    <w:p>
      <w:pPr>
        <w:pStyle w:val="ListBullet"/>
        <w:spacing w:after="40"/>
        <w:ind w:left="360"/>
      </w:pPr>
      <w:r>
        <w:t>attempt to hack, copy or damage the app</w:t>
      </w:r>
    </w:p>
    <w:p>
      <w:pPr>
        <w:pStyle w:val="ListBullet"/>
        <w:spacing w:after="40"/>
        <w:ind w:left="360"/>
      </w:pPr>
      <w:r>
        <w:t>use bots or automated scraping tools</w:t>
      </w:r>
    </w:p>
    <w:p>
      <w:pPr>
        <w:pStyle w:val="ListBullet"/>
        <w:spacing w:after="40"/>
        <w:ind w:left="360"/>
      </w:pPr>
      <w:r>
        <w:t>share paid content publicly</w:t>
      </w:r>
    </w:p>
    <w:p>
      <w:pPr>
        <w:pStyle w:val="ListBullet"/>
        <w:spacing w:after="40"/>
        <w:ind w:left="360"/>
      </w:pPr>
      <w:r>
        <w:t>interfere with another user’s learning or account</w:t>
      </w:r>
    </w:p>
    <w:p>
      <w:pPr>
        <w:pStyle w:val="ListBullet"/>
        <w:spacing w:after="40"/>
        <w:ind w:left="360"/>
      </w:pPr>
      <w:r>
        <w:t>use the platform for anything unsafe or unlawful</w:t>
      </w:r>
    </w:p>
    <w:p>
      <w:pPr>
        <w:pStyle w:val="Heading1"/>
      </w:pPr>
      <w:r>
        <w:t>10. Parent, tutor and teacher responsibilities</w:t>
      </w:r>
    </w:p>
    <w:p>
      <w:pPr>
        <w:spacing w:after="100"/>
      </w:pPr>
      <w:r>
        <w:t>Parents, tutors and teachers should only access pupil information where they have a legitimate reason to do so.</w:t>
      </w:r>
    </w:p>
    <w:p>
      <w:pPr>
        <w:spacing w:after="100"/>
      </w:pPr>
      <w:r>
        <w:t>Schools and tutors are responsible for ensuring they have appropriate permission to create or manage pupil accounts where required.</w:t>
      </w:r>
    </w:p>
    <w:p>
      <w:pPr>
        <w:pStyle w:val="Heading1"/>
      </w:pPr>
      <w:r>
        <w:t>11. Sponsors</w:t>
      </w:r>
    </w:p>
    <w:p>
      <w:pPr>
        <w:spacing w:after="100"/>
      </w:pPr>
      <w:r>
        <w:t>Sponsors may help fund the free version of Maths Unlocked.</w:t>
      </w:r>
    </w:p>
    <w:p>
      <w:pPr>
        <w:spacing w:after="100"/>
      </w:pPr>
      <w:r>
        <w:t>Sponsors do not control the educational content, questions, marking, feedback or recommendations in Maths Unlocked.</w:t>
      </w:r>
    </w:p>
    <w:p>
      <w:pPr>
        <w:pStyle w:val="Heading1"/>
      </w:pPr>
      <w:r>
        <w:t>12. Changes to Maths Unlocked</w:t>
      </w:r>
    </w:p>
    <w:p>
      <w:pPr>
        <w:spacing w:after="100"/>
      </w:pPr>
      <w:r>
        <w:t>Maths Unlocked may change, update, pause or remove features as the platform develops.</w:t>
      </w:r>
    </w:p>
    <w:p>
      <w:pPr>
        <w:spacing w:after="100"/>
      </w:pPr>
      <w:r>
        <w:t>We will try to avoid unnecessary disruption, but we cannot guarantee that every feature will always remain available.</w:t>
      </w:r>
    </w:p>
    <w:p>
      <w:pPr>
        <w:pStyle w:val="Heading1"/>
      </w:pPr>
      <w:r>
        <w:t>13. Limitation of liability</w:t>
      </w:r>
    </w:p>
    <w:p>
      <w:pPr>
        <w:spacing w:after="100"/>
      </w:pPr>
      <w:r>
        <w:t>Maths Unlocked is provided as an educational support tool.</w:t>
      </w:r>
    </w:p>
    <w:p>
      <w:pPr>
        <w:spacing w:after="40"/>
      </w:pPr>
      <w:r>
        <w:rPr>
          <w:b/>
          <w:color w:val="242A2E"/>
        </w:rPr>
        <w:t>We are not responsible for:</w:t>
      </w:r>
    </w:p>
    <w:p>
      <w:pPr>
        <w:pStyle w:val="ListBullet"/>
        <w:spacing w:after="40"/>
        <w:ind w:left="360"/>
      </w:pPr>
      <w:r>
        <w:t>exam results</w:t>
      </w:r>
    </w:p>
    <w:p>
      <w:pPr>
        <w:pStyle w:val="ListBullet"/>
        <w:spacing w:after="40"/>
        <w:ind w:left="360"/>
      </w:pPr>
      <w:r>
        <w:t>school decisions</w:t>
      </w:r>
    </w:p>
    <w:p>
      <w:pPr>
        <w:pStyle w:val="ListBullet"/>
        <w:spacing w:after="40"/>
        <w:ind w:left="360"/>
      </w:pPr>
      <w:r>
        <w:t>loss caused by misuse of the app</w:t>
      </w:r>
    </w:p>
    <w:p>
      <w:pPr>
        <w:pStyle w:val="ListBullet"/>
        <w:spacing w:after="40"/>
        <w:ind w:left="360"/>
      </w:pPr>
      <w:r>
        <w:t>temporary technical problems</w:t>
      </w:r>
    </w:p>
    <w:p>
      <w:pPr>
        <w:pStyle w:val="ListBullet"/>
        <w:spacing w:after="40"/>
        <w:ind w:left="360"/>
      </w:pPr>
      <w:r>
        <w:t>issues caused by third-party services outside our control</w:t>
      </w:r>
    </w:p>
    <w:p>
      <w:pPr>
        <w:spacing w:after="100"/>
      </w:pPr>
      <w:r>
        <w:t>This does not limit any rights that cannot legally be excluded.</w:t>
      </w:r>
    </w:p>
    <w:p>
      <w:pPr>
        <w:pStyle w:val="Heading1"/>
      </w:pPr>
      <w:r>
        <w:t>14. Contact</w:t>
      </w:r>
    </w:p>
    <w:p>
      <w:pPr>
        <w:spacing w:after="100"/>
      </w:pPr>
      <w:r>
        <w:t>For questions about these Terms, contact: mathsunlockedwithmrgillin@gmail.com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Version 1 | Last updated: 19 August 2026 | mathsunlockedwithmrgillin@gmail.com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1F6F8B"/>
        <w:sz w:val="18"/>
      </w:rPr>
      <w:t>Maths Unlocked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4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